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1A2F3" w14:textId="77777777" w:rsidR="009B5A54" w:rsidRPr="009448B0" w:rsidRDefault="00C378EA">
      <w:pPr>
        <w:pStyle w:val="Heading1"/>
        <w:rPr>
          <w:rFonts w:ascii="Arial" w:hAnsi="Arial" w:cs="Arial"/>
        </w:rPr>
      </w:pPr>
      <w:r w:rsidRPr="009448B0">
        <w:rPr>
          <w:rFonts w:ascii="Arial" w:hAnsi="Arial" w:cs="Arial"/>
        </w:rPr>
        <w:t>How To Submit a Sample on Forage Lab</w:t>
      </w:r>
    </w:p>
    <w:p w14:paraId="3D452A41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 xml:space="preserve">Navigate to </w:t>
      </w:r>
      <w:hyperlink r:id="rId6">
        <w:r w:rsidR="009B5A54" w:rsidRPr="009448B0">
          <w:rPr>
            <w:rFonts w:ascii="Arial" w:hAnsi="Arial" w:cs="Arial"/>
            <w:u w:val="single"/>
          </w:rPr>
          <w:t>https://clients.foragelab.com/Login.aspx</w:t>
        </w:r>
      </w:hyperlink>
    </w:p>
    <w:p w14:paraId="2172E19F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Enter your Username email and Password</w:t>
      </w:r>
    </w:p>
    <w:p w14:paraId="4F465AB7" w14:textId="3C684323" w:rsidR="009B5A54" w:rsidRPr="009448B0" w:rsidRDefault="009448B0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06E46C69" wp14:editId="1C122E22">
                <wp:simplePos x="0" y="0"/>
                <wp:positionH relativeFrom="column">
                  <wp:posOffset>1152345</wp:posOffset>
                </wp:positionH>
                <wp:positionV relativeFrom="paragraph">
                  <wp:posOffset>1522645</wp:posOffset>
                </wp:positionV>
                <wp:extent cx="1123560" cy="48960"/>
                <wp:effectExtent l="0" t="76200" r="57785" b="84455"/>
                <wp:wrapNone/>
                <wp:docPr id="67003910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3560" cy="48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06E46C69" wp14:editId="1C122E22">
                <wp:simplePos x="0" y="0"/>
                <wp:positionH relativeFrom="column">
                  <wp:posOffset>1152345</wp:posOffset>
                </wp:positionH>
                <wp:positionV relativeFrom="paragraph">
                  <wp:posOffset>1522645</wp:posOffset>
                </wp:positionV>
                <wp:extent cx="1123560" cy="48960"/>
                <wp:effectExtent l="0" t="76200" r="57785" b="84455"/>
                <wp:wrapNone/>
                <wp:docPr id="670039106" name="Ink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039106" name="Ink 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200" cy="80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9448B0">
        <w:rPr>
          <w:rFonts w:ascii="Arial" w:hAnsi="Arial" w:cs="Arial"/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69525074" wp14:editId="03965ADD">
                <wp:simplePos x="0" y="0"/>
                <wp:positionH relativeFrom="column">
                  <wp:posOffset>1180785</wp:posOffset>
                </wp:positionH>
                <wp:positionV relativeFrom="paragraph">
                  <wp:posOffset>1522645</wp:posOffset>
                </wp:positionV>
                <wp:extent cx="1047600" cy="77760"/>
                <wp:effectExtent l="19050" t="76200" r="38735" b="74930"/>
                <wp:wrapNone/>
                <wp:docPr id="173172401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7600" cy="77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9525074" wp14:editId="03965ADD">
                <wp:simplePos x="0" y="0"/>
                <wp:positionH relativeFrom="column">
                  <wp:posOffset>1180785</wp:posOffset>
                </wp:positionH>
                <wp:positionV relativeFrom="paragraph">
                  <wp:posOffset>1522645</wp:posOffset>
                </wp:positionV>
                <wp:extent cx="1047600" cy="77760"/>
                <wp:effectExtent l="19050" t="76200" r="38735" b="74930"/>
                <wp:wrapNone/>
                <wp:docPr id="1731724013" name="In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1724013" name="Ink 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240" cy="8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9448B0">
        <w:rPr>
          <w:rFonts w:ascii="Arial" w:hAnsi="Arial" w:cs="Arial"/>
          <w:noProof/>
        </w:rPr>
        <w:drawing>
          <wp:inline distT="0" distB="0" distL="0" distR="0" wp14:anchorId="4DBD4BC4" wp14:editId="72108680">
            <wp:extent cx="5486400" cy="30763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0308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Click tab "Sample Submission"</w:t>
      </w:r>
    </w:p>
    <w:p w14:paraId="496840F8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7F04D6B4" wp14:editId="77ADC17B">
            <wp:extent cx="5486400" cy="3076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359F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Select the "Account" option. Select your account number.</w:t>
      </w:r>
    </w:p>
    <w:p w14:paraId="40C2F233" w14:textId="66614D9A" w:rsidR="009B5A54" w:rsidRPr="009448B0" w:rsidRDefault="009448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3DEB09DA" wp14:editId="63A2305B">
                <wp:simplePos x="0" y="0"/>
                <wp:positionH relativeFrom="column">
                  <wp:posOffset>734625</wp:posOffset>
                </wp:positionH>
                <wp:positionV relativeFrom="paragraph">
                  <wp:posOffset>1475595</wp:posOffset>
                </wp:positionV>
                <wp:extent cx="1150560" cy="19800"/>
                <wp:effectExtent l="57150" t="76200" r="12065" b="75565"/>
                <wp:wrapNone/>
                <wp:docPr id="52564664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50560" cy="19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3DEB09DA" wp14:editId="63A2305B">
                <wp:simplePos x="0" y="0"/>
                <wp:positionH relativeFrom="column">
                  <wp:posOffset>734625</wp:posOffset>
                </wp:positionH>
                <wp:positionV relativeFrom="paragraph">
                  <wp:posOffset>1475595</wp:posOffset>
                </wp:positionV>
                <wp:extent cx="1150560" cy="19800"/>
                <wp:effectExtent l="57150" t="76200" r="12065" b="75565"/>
                <wp:wrapNone/>
                <wp:docPr id="525646640" name="Ink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646640" name="Ink 3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161" cy="775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9448B0">
        <w:rPr>
          <w:rFonts w:ascii="Arial" w:hAnsi="Arial" w:cs="Arial"/>
          <w:noProof/>
        </w:rPr>
        <w:drawing>
          <wp:inline distT="0" distB="0" distL="0" distR="0" wp14:anchorId="5FE482E5" wp14:editId="5C7E64BB">
            <wp:extent cx="5486400" cy="30763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556A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Click Continue</w:t>
      </w:r>
    </w:p>
    <w:p w14:paraId="4D23708A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77EB3618" wp14:editId="15872098">
            <wp:extent cx="5486400" cy="30763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3E57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Enter the Farm Name</w:t>
      </w:r>
    </w:p>
    <w:p w14:paraId="3BE17223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lastRenderedPageBreak/>
        <w:drawing>
          <wp:inline distT="0" distB="0" distL="0" distR="0" wp14:anchorId="7BFA3404" wp14:editId="48AA84A0">
            <wp:extent cx="5486400" cy="30763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8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7D15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Select the feed type</w:t>
      </w:r>
    </w:p>
    <w:p w14:paraId="229F7CB3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50AEBBAD" wp14:editId="5A62B59C">
            <wp:extent cx="5486400" cy="30763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0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B259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Enter a description</w:t>
      </w:r>
    </w:p>
    <w:p w14:paraId="4CE9D992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lastRenderedPageBreak/>
        <w:drawing>
          <wp:inline distT="0" distB="0" distL="0" distR="0" wp14:anchorId="17DE12BE" wp14:editId="3D81BA2C">
            <wp:extent cx="5486400" cy="30763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10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54A9" w14:textId="10D90412" w:rsidR="009448B0" w:rsidRPr="009448B0" w:rsidRDefault="009448B0" w:rsidP="009448B0">
      <w:pPr>
        <w:rPr>
          <w:rFonts w:ascii="Arial" w:hAnsi="Arial" w:cs="Arial"/>
        </w:rPr>
      </w:pPr>
    </w:p>
    <w:p w14:paraId="0394B5BC" w14:textId="4D07FDA0" w:rsidR="009448B0" w:rsidRPr="009448B0" w:rsidRDefault="009448B0" w:rsidP="009448B0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Select either NIR Analysis or Chemistry Analysis</w:t>
      </w:r>
    </w:p>
    <w:p w14:paraId="7B0C94B5" w14:textId="77777777" w:rsidR="009448B0" w:rsidRPr="009448B0" w:rsidRDefault="009448B0" w:rsidP="009448B0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1A2D1A25" wp14:editId="5CC83F0C">
            <wp:extent cx="5486400" cy="3058668"/>
            <wp:effectExtent l="0" t="0" r="0" b="0"/>
            <wp:docPr id="441213185" name="Picture 441213185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13185" name="Picture 441213185" descr="A screenshot of a websit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D26D" w14:textId="7E740BC8" w:rsidR="009448B0" w:rsidRPr="009448B0" w:rsidRDefault="009448B0" w:rsidP="009448B0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Select your analysis</w:t>
      </w:r>
    </w:p>
    <w:p w14:paraId="3CE25E03" w14:textId="77777777" w:rsidR="009448B0" w:rsidRPr="009448B0" w:rsidRDefault="009448B0" w:rsidP="009448B0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lastRenderedPageBreak/>
        <w:drawing>
          <wp:inline distT="0" distB="0" distL="0" distR="0" wp14:anchorId="692C502C" wp14:editId="092795F1">
            <wp:extent cx="5486400" cy="3063240"/>
            <wp:effectExtent l="0" t="0" r="0" b="0"/>
            <wp:docPr id="2051280591" name="Picture 205128059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80591" name="Picture 205128059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31D3" w14:textId="77777777" w:rsidR="009448B0" w:rsidRPr="009448B0" w:rsidRDefault="009448B0" w:rsidP="009448B0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54DC4843" wp14:editId="4EAFE537">
            <wp:extent cx="5486400" cy="3058668"/>
            <wp:effectExtent l="0" t="0" r="0" b="0"/>
            <wp:docPr id="1549439270" name="Picture 154943927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39270" name="Picture 1549439270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7094" w14:textId="1233BEAF" w:rsidR="009448B0" w:rsidRPr="009448B0" w:rsidRDefault="009448B0" w:rsidP="009448B0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Submit</w:t>
      </w:r>
    </w:p>
    <w:p w14:paraId="0796F72E" w14:textId="3CB48783" w:rsidR="009B5A54" w:rsidRPr="009448B0" w:rsidRDefault="009448B0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lastRenderedPageBreak/>
        <w:drawing>
          <wp:inline distT="0" distB="0" distL="0" distR="0" wp14:anchorId="55F0E8FF" wp14:editId="4CF93E54">
            <wp:extent cx="5486400" cy="3063240"/>
            <wp:effectExtent l="0" t="0" r="0" b="0"/>
            <wp:docPr id="1665961693" name="Picture 166596169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61693" name="Picture 1665961693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6492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Review and Submit</w:t>
      </w:r>
    </w:p>
    <w:p w14:paraId="0F400C1C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2BF24820" wp14:editId="08C5B8F0">
            <wp:extent cx="5486400" cy="30763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15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4432" w14:textId="77777777" w:rsidR="009B5A54" w:rsidRPr="009448B0" w:rsidRDefault="00C378EA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>WRITE THE BAG # ON YOUR BAG CLEARLY</w:t>
      </w:r>
    </w:p>
    <w:p w14:paraId="28CE0A95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lastRenderedPageBreak/>
        <w:drawing>
          <wp:inline distT="0" distB="0" distL="0" distR="0" wp14:anchorId="24548357" wp14:editId="593F6444">
            <wp:extent cx="5486400" cy="30763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16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B67F" w14:textId="70C0FFFB" w:rsidR="009B5A54" w:rsidRPr="009448B0" w:rsidRDefault="009448B0">
      <w:pPr>
        <w:pStyle w:val="ListNumber"/>
        <w:rPr>
          <w:rFonts w:ascii="Arial" w:hAnsi="Arial" w:cs="Arial"/>
        </w:rPr>
      </w:pPr>
      <w:r w:rsidRPr="009448B0">
        <w:rPr>
          <w:rFonts w:ascii="Arial" w:hAnsi="Arial" w:cs="Arial"/>
        </w:rPr>
        <w:t xml:space="preserve">You may submit another sample with a. The same account number and copy to and b. the same analysis </w:t>
      </w:r>
      <w:proofErr w:type="gramStart"/>
      <w:r w:rsidRPr="009448B0">
        <w:rPr>
          <w:rFonts w:ascii="Arial" w:hAnsi="Arial" w:cs="Arial"/>
        </w:rPr>
        <w:t>at this time</w:t>
      </w:r>
      <w:proofErr w:type="gramEnd"/>
      <w:r w:rsidRPr="009448B0">
        <w:rPr>
          <w:rFonts w:ascii="Arial" w:hAnsi="Arial" w:cs="Arial"/>
        </w:rPr>
        <w:t xml:space="preserve">. </w:t>
      </w:r>
    </w:p>
    <w:p w14:paraId="48FDDABC" w14:textId="77777777" w:rsidR="009B5A54" w:rsidRPr="009448B0" w:rsidRDefault="00C378EA">
      <w:pPr>
        <w:rPr>
          <w:rFonts w:ascii="Arial" w:hAnsi="Arial" w:cs="Arial"/>
        </w:rPr>
      </w:pPr>
      <w:r w:rsidRPr="009448B0">
        <w:rPr>
          <w:rFonts w:ascii="Arial" w:hAnsi="Arial" w:cs="Arial"/>
          <w:noProof/>
        </w:rPr>
        <w:drawing>
          <wp:inline distT="0" distB="0" distL="0" distR="0" wp14:anchorId="6FF65F5D" wp14:editId="59B56ABE">
            <wp:extent cx="5486400" cy="30763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930817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A54" w:rsidRPr="009448B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6883506">
    <w:abstractNumId w:val="8"/>
  </w:num>
  <w:num w:numId="2" w16cid:durableId="551038513">
    <w:abstractNumId w:val="6"/>
  </w:num>
  <w:num w:numId="3" w16cid:durableId="2079089966">
    <w:abstractNumId w:val="5"/>
  </w:num>
  <w:num w:numId="4" w16cid:durableId="1016804853">
    <w:abstractNumId w:val="4"/>
  </w:num>
  <w:num w:numId="5" w16cid:durableId="328021345">
    <w:abstractNumId w:val="7"/>
  </w:num>
  <w:num w:numId="6" w16cid:durableId="806052060">
    <w:abstractNumId w:val="3"/>
  </w:num>
  <w:num w:numId="7" w16cid:durableId="420177029">
    <w:abstractNumId w:val="2"/>
  </w:num>
  <w:num w:numId="8" w16cid:durableId="837159431">
    <w:abstractNumId w:val="1"/>
  </w:num>
  <w:num w:numId="9" w16cid:durableId="636879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9448B0"/>
    <w:rsid w:val="009B5A54"/>
    <w:rsid w:val="00AA1D8D"/>
    <w:rsid w:val="00AF647D"/>
    <w:rsid w:val="00B47730"/>
    <w:rsid w:val="00C378E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0ABFDD"/>
  <w14:defaultImageDpi w14:val="300"/>
  <w15:docId w15:val="{5B29D9C8-C827-473A-B794-6C7D7624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customXml" Target="ink/ink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clients.foragelab.com/Login.asp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2T21:42:08.588"/>
    </inkml:context>
    <inkml:brush xml:id="br0">
      <inkml:brushProperty name="width" value="0.35" units="cm"/>
      <inkml:brushProperty name="height" value="2.1" units="cm"/>
      <inkml:brushProperty name="ignorePressure" value="1"/>
      <inkml:brushProperty name="inkEffects" value="pencil"/>
    </inkml:brush>
  </inkml:definitions>
  <inkml:trace contextRef="#ctx0" brushRef="#br0">0 80,'4'0,"7"0,5 0,5 0,3 0,2 0,1 0,1 5,-1 1,5 0,2-1,-2-2,0-1,-3-1,0 0,-2-1,0-1,0 1,-1 0,13 0,10 0,0-1,-3 1,0 0,-5 0,-3 0,-5 0,-3 0,-2 0,-1 0,-1 0,0 0,-1 0,1 0,0 0,0 0,0 0,1 0,-1 0,1 0,-1 0,1 0,-1 0,5 0,1 0,1 0,-2 0,-2 0,0 0,3 0,1 0,-1 0,-1 0,-2 0,0 0,-2 0,0 0,-1-4,0-2,0 0,1 1,-1 2,0 1,1 1,-1 0,1 1,-1 0,0 1,1-1,-1 0,-4-4,-1-2,0 1,-4-4,0 0,2 1,2 2,2 3,1 1,1 1,2 1,4-5,2 0,-1-1,0 2,-2 1,-2 1,0 1,3 0,2 1,-1 1,-1-1,-2 0,-1 0,0 0,-2 0,1 0,-1 0,0 0,1 0,-1 0,0 0,1 0,-1 0,0 0,1 0,-1 0,1 0,-1 0,1 0,-1 0,-8 0,-13 0,-11 0,-13 0,-14 0,-4 0,-1 0,-3 0,-4 0,2 0,-1 0,-7 0,-8 0,-2 0,3 0,8 0,4 0,0 0,3 0,1 0,2 0,-1 0,3 0,-2 0,1 0,4 0,-2 0,-4 0,-3 0,0 0,4 0,0 0,2 0,3 0,2 0,-1 0,0 0,2 0,1 0,-2 0,-6 0,1 0,-4 0,2 0,-2 0,2 0,-5 0,-1 0,-4 0,-5 0,5 0,0 0,5 0,5 0,5 0,5 0,2 0,1 0,1 0,-4 0,-1 0,-5 0,-5 0,0 0,-2 0,-3 0,-2 0,2 5,4 1,1 4,3 1,3-2,3 2,3-1,1-2,1-2,1-3,0 4,0-1,1 0,3 3,2-1,-1 0,8-3,15-2,17-1,9-1,4-1,2 0,-1 0,-2-1,0 1,-3 0,4-1,1 1,-1 0,-1 0,-2 0,-1 0,0 0,-1 0,4 0,1 0,0 0,-2 0,0 0,-2 0,0 0,3 0,6 0,1 0,3 0,-1 0,2 0,2 0,8 0,4 0,-4 0,0 0,-2 0,-4 0,-5 0,-5 0,-5 0,-2 0,-2 0,3 0,1 0,0 0,0 0,-2 0,-1 0,-1 0,0 0,-1 0,1 0,-1 0,0 0,1 0,-1 0,0 0,1 0,-1 0,5 0,1 0,0 0,0 0,-3 0,0 0,-2 0,0 0,0 0,-1 0,0 0,5 0,1 0,0 0,-1 0,-1 0,3 0,1 0,-2 0,-1 0,-2 0,0 0,3 0,0 0,0 0,-1 0,-1 0,-2 0,-1 0,0 0,-1 0,0 0,1 0,-6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2T21:42:01.885"/>
    </inkml:context>
    <inkml:brush xml:id="br0">
      <inkml:brushProperty name="width" value="0.35" units="cm"/>
      <inkml:brushProperty name="height" value="2.1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0 107,'5'0,"5"0,11 0,6 0,3 0,0 0,5 0,1 0,-2 0,-1 0,-3 0,-1 0,-2 0,0 0,-1 0,1 0,-1 0,0 0,0 0,0 0,1 0,-1 0,0 0,1 0,-1 0,1 0,-1 0,1 0,-1 0,1 0,-1 0,1 0,-1 0,1 0,-1 0,0 0,1 0,-1 0,1 0,-1 0,1 0,-1 0,1 0,-1 0,5 0,1 0,1 0,-2 0,-2 0,0 0,-2 0,0 0,0 0,-1 0,5 0,1 0,0 0,-1 0,-2 0,0 0,-2 0,0 0,0 0,-1 0,0 0,1 0,-6-4,0-2,-1 0,2 1,1-3,2 0,0 2,1 1,1 2,-1 1,1 1,0 1,0 0,-5-4,-2-2,1 1,1 1,1 1,1 1,2-4,0 0,0 0,1 1,0 2,4 1,6 1,1 1,-1 0,-3 0,-2 1,-2-1,-2 0,-1 0,-1 0,0 0,0 0,0 0,0 0,0 0,0 5,-4 6,-6 5,-5 4,-10 0,-9-4,-8-5,-6-5,-7-2,-14-3,-2-1,-4 0,2-1,1 0,3 0,4 1,5-1,4 1,1 0,3 0,0 0,0 0,1 0,-1 0,0 0,0 0,-1 0,1 0,0 0,-1 0,-4 0,-1 0,0 0,0 0,3 0,0 0,2 0,0 0,0 0,1 0,0 0,0 0,-1 0,1 0,0 0,-1 0,1 0,-1 0,1 0,-1 0,1 0,-1 0,1 5,0 1,-1-1,1 0,-1-2,1-1,-1-1,1 0,4 3,1 2,0 0,-1-2,-1-1,-1-1,-1-1,-1 0,-1-1,1-1,-6 1,-5 0,-1 0,1 0,2-1,4 1,1 0,2 0,-3 0,3 5,-2 1,-1-1,-4 0,-5-2,0-1,2 4,3 0,3 0,3-1,1-2,1-2,1 0,0 0,0-1,0-1,0 1,0 0,0 0,-1-1,1 1,-1 0,1 0,8 0,13 0,11 0,9 0,11 0,6 0,10 0,4 0,6 0,4 0,6 0,1 0,8 0,2 0,-4 0,0 0,-2 0,-4 0,-3 0,-3 0,-7 0,-8 0,-1 0,-4 0,2 0,-3 0,3 0,3 0,-1 0,-2 0,-5 0,-2 0,2 0,-1 0,-1 0,-1 0,2 0,5 0,1 0,3 0,-2 0,-3 0,-3 0,-3 0,-3 0,0 0,-2 0,0 0,0 0,0 0,0 0,0 0,0 0,5 0,1 0,5 0,5 0,-1 0,-2 0,1 0,2-4,0-2,-4 0,-4 1,2 2,4 1,-1 1,-3 0,-2 1,-3 0,-2 1,-2-1,-14 0,-14 0,-15 0,-15 0,-11 0,-11 0,-6 0,-11 0,-7 0,-8 0,0 0,-2 0,0 0,1 0,1 0,3 0,1 0,5 0,-2 0,3 0,6 0,0 0,8 0,0 0,7 0,3 0,6 0,2 0,3 0,0 0,-3 0,-3 0,-2 0,2 0,-4 0,1 0,5 0,6 0,4 0,-1 0,1 0,2 0,2 0,1 0,11 0,12 0,12 0,19 0,8 0,9 0,6 0,4 0,6 0,7 0,6 0,5 0,2 0,2 0,5 0,10 0,-1 0,5-4,0-2,-8 1,-7 0,2-3,-6 0,-7 1,-7 2,-6 2,0 1,-5 1,-7 1,-8 0,-6 0,-4 1,-12-1,-14 0,-16 0,-15 0,-12 0,-13 0,-6 0,-8 0,-5 0,5 0,4 0,-5 0,0 0,-7 0,-9 0,6 0,-7 0,-3 0,-4 0,-5 0,4 0,1 0,2 0,-2 0,1 0,7 0,9 0,7 0,2 0,8 0,-1 0,6 0,7 0,2 0,4 0,0 0,1 0,4 0,2 0,2 0,11 0,27 0,16 0,18 0,6 0,9 0,7 0,3 0,3 0,-6 0,-1 0,-5 0,-5 0,-6 0,-3 0,-3 0,-5 0,-9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2T21:45:35.440"/>
    </inkml:context>
    <inkml:brush xml:id="br0">
      <inkml:brushProperty name="width" value="0.35" units="cm"/>
      <inkml:brushProperty name="height" value="2.1" units="cm"/>
      <inkml:brushProperty name="ignorePressure" value="1"/>
      <inkml:brushProperty name="inkEffects" value="pencil"/>
    </inkml:brush>
  </inkml:definitions>
  <inkml:trace contextRef="#ctx0" brushRef="#br0">314 54,'4'0,"7"0,5 0,5 0,3 0,2 0,1 0,0 0,1 0,-1 0,1 0,-1 0,-1 0,1 0,0 0,-1 0,0 0,1 0,-1 0,0 0,1 0,-1 0,1 0,-1 0,5 0,2 0,-1 0,-1 0,-1 0,-2 0,0 0,-1 0,-1 0,0 0,0 0,1 0,-1 0,5 0,1 0,0 0,-1 0,-1 0,-2 0,0 0,-1 0,-1 0,1 0,-1 0,0 0,1 0,-1 0,0 0,1 0,-1 0,0 0,1 0,-1 0,1 0,-1 0,1 0,-1 0,1 0,-1 0,1 0,-1 0,0 0,-4-4,-1-2,0 1,0 0,3 2,0 1,2-4,0 0,0 0,1 1,-1 2,-8 1,-12 1,-12 1,-9 0,-6 0,-14 1,-5-1,0 0,2 0,-2 0,2 0,3 0,3 0,2 0,2 0,1 0,0 0,1 0,0 0,0 0,0 0,0 0,0 0,0 0,-1 0,1 0,-5 0,-2 0,1 0,1 0,-3 0,-1 0,2 0,1 0,3 0,-4 0,0 0,0 0,2 0,2 0,1 0,-4 0,-9 0,-8 0,1 0,4 0,0 0,-1 5,2 1,4 0,5-1,3-2,-3-1,1-1,2 0,0-1,2-1,2 1,-1 0,2 0,-5 0,-1-1,0 1,1 0,-3 0,0 0,1 0,-3 0,0 0,-2 0,0 0,2 0,3 0,3 0,10 0,18 0,14 0,10 0,4 0,13 0,7 0,2 0,1 0,-4 0,1 0,0 0,-2 0,-1 0,-2 0,-4 0,1 0,-2 0,3 0,-2 0,-2 0,-3 0,3 0,-1 0,3 0,0 0,3 0,3 0,-1 0,1 0,-2 0,-3 0,0 0,-1 0,-3 0,-2 0,-3 0,-1 0,-1 0,-1 0,0 0,0 0,0 0,0 0,0 0,1 0,-1 0,1 0,-1 0,1 0,-1 0,1 0,-1 0,0 0,1 0,-1 0,1 0,-1 0,1 0,-1 0,1 0,-1 0,5 0,1 0,5 0,0 0,-1 0,-3 0,-2 0,-2 0,-2 0,0 0,-1 0,0 0,0 0,0 0,0 0,0 0,1 0,-1 0,1 0,-1 0,1 0,-1 0,1 0,-1 0,0 0,1 0,-1 0,1 0,-1 0,1 0,-1 0,1 0,-1 0,1 0,-1 0,1 0,-1 0,0 0,1 0,-1 0,1 0,-1 0,1 0,-10 0,-11 0,-12 0,-9 0,-12 0,-4 0,-3 0,1 0,-4 0,1 0,1 0,-2 0,-8 0,-6 0,2 0,0 0,4 0,0 0,-5 0,1 0,-5 0,-2 0,0 0,5 0,-8 0,3 0,-3 0,-5 0,3 0,4 0,3 0,5 0,7 0,1 0,4 0,-1 0,1 0,3 0,2 0,2 0,2 0,1 0,1 0,-4 0,-2 0,0 0,1 0,2 0,1 0,0 0,1 0,1 0,-1 0,1 0,0 0,0 0,-1 0,1 0,0 0,-1 0,5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Lara Hirowatari</cp:lastModifiedBy>
  <cp:revision>2</cp:revision>
  <dcterms:created xsi:type="dcterms:W3CDTF">2025-03-12T21:47:00Z</dcterms:created>
  <dcterms:modified xsi:type="dcterms:W3CDTF">2025-03-12T21:47:00Z</dcterms:modified>
  <cp:category/>
</cp:coreProperties>
</file>